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צדק סביבתי – מי משלם את מחיר הזיהום?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צדק סביבתי ומהו אי צדק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לנטל סביבתי ולטוב סביבתי בסביבת המגורים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על חלוקת משאבים ומטרדים במרחב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חלוקה הוגנת של נטל וטוב סביבתיים בין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מפעל מזהם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קבוצות חלשות הן אלו שסופגות את רוב הנטל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 צדק סביבתי קיים בכל קנה מידה – עולמי, ארצי ועירוני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עוזרת לבדוק מראש את ההשפעה של פרויקטים על הסביבה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פריפריה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(חלוקה הוגנת של נטל וטוב סביבתי)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(זיהום, רעש ופסולת)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(פארקים ואוויר נקי)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(אזור רחוק ממרכז הארץ)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חלוקה הוגנת של דברים רעים וטובים בסביבה בין כל הקבוצות באוכלוסייה, כך שאף קבוצה לא סובלת יותר מהאחרות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נטל - כביש רועש או מפעל; טוב - פארק או ספרייה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שהעברת המפעל לשכונה חלשה מהווה אי צדק סביבתי, תציע חלופה כמו מיקום שוויוני יותר או פיצוי לתושבים, ותשתמש במושגי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חלוקה הוגנת של נטל וטוב סביבתי בין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רלוונטית כמו מפעל, כביש רועש, אתר פסולת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מאפשרת לתושבים להשפיע ולמנוע אי צדק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מיקומים מוכרים בעיר/יישוב של התלמידים ולקשר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לדילמה בסוף השיעור ולעודד דיון מכבד בין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המכתב אפשר להציג דוגמה אחת קצרה מהכיתה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צדק סביבתי – מי משלם את מחיר הזיהום?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ביחידה הזאת לומדים למה מפעלים מזהמים ואתרי פסולת נמצאים לרוב ליד שכונות חלשות, ואיך תושבים יכולים לפעול כדי לשנות את המצב.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תעשייה  ·  פריפריה  ·  הוגנת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צדק סביבתי?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חוק נגד זריקת פסולת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חלוקה הוגנת של נטל וטוב סביבתיים בין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שיטת מיחזור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דוגמה לנטל סביבתי?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פארק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ספרייה שכונתית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מפעל מזהם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 צדק סביבתי הוא מצב שבו קבוצות חזקות סופגות את רוב הנטל הסביבתי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צדק סביבתי קיים רק בתוך עיר אחת ולא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בדיקת השפעה סביבתית היא אחד הפתרונות לאי צדק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צדק סביבתי הוא חלוקה __________ של נטל וטוב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מדינות עשירות לעיתים מעבירות __________ מזהמת למדינות עניות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במדינה, מפעלים מזהמים מועברים לרוב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צדק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זיהום, רעש ופסולת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נטל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אזור רחוק ממרכז הארץ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טוב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חלוקה הוגנת של נטל וטוב סביבתי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פריפריה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פארקים ואוויר נקי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מהו צדק סביבתי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תנו דוגמה אחת לנטל סביבתי ודוגמה אחת לטוב סביבתי מהאזור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דילמה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מפעל מזהם עומד לעבור לשולי העיירה, ליד שכונה חלשה בלי נציגות חזקה במועצה. האם אתם בעד או נגד ההצעה? נמקו באמצעות המושגים נטל סביבתי וחלוקה הוגנת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צדק סביבתי?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לנטל סביבתי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צדק סביבתי – מי משלם את מחיר הזיהום?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